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006FD" w14:textId="77777777" w:rsidR="008931FB" w:rsidRDefault="00E65D82">
      <w:pPr>
        <w:spacing w:after="0"/>
        <w:jc w:val="center"/>
      </w:pPr>
      <w:r>
        <w:rPr>
          <w:rFonts w:ascii="Aptos Display" w:hAnsi="Aptos Display"/>
          <w:b/>
          <w:sz w:val="36"/>
        </w:rPr>
        <w:t>SPR MARKET-SOUNDING</w:t>
      </w:r>
    </w:p>
    <w:p w14:paraId="22D8F74C" w14:textId="77777777" w:rsidR="008931FB" w:rsidRDefault="00E65D82">
      <w:pPr>
        <w:jc w:val="center"/>
      </w:pPr>
      <w:r>
        <w:rPr>
          <w:rFonts w:ascii="Aptos Display" w:hAnsi="Aptos Display"/>
          <w:b/>
          <w:sz w:val="28"/>
        </w:rPr>
        <w:t>VENDOR RESPONSE FORM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632"/>
      </w:tblGrid>
      <w:tr w:rsidR="008931FB" w14:paraId="3697236E" w14:textId="77777777">
        <w:trPr>
          <w:trHeight w:val="420"/>
          <w:jc w:val="center"/>
        </w:trPr>
        <w:tc>
          <w:tcPr>
            <w:tcW w:w="2880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93DAD9" w14:textId="77777777" w:rsidR="008931FB" w:rsidRDefault="00E65D82">
            <w:r>
              <w:rPr>
                <w:b/>
                <w:sz w:val="18"/>
              </w:rPr>
              <w:t>Company Name</w:t>
            </w:r>
          </w:p>
        </w:tc>
        <w:tc>
          <w:tcPr>
            <w:tcW w:w="76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3FB888" w14:textId="77777777" w:rsidR="008931FB" w:rsidRDefault="008931FB"/>
        </w:tc>
      </w:tr>
      <w:tr w:rsidR="008931FB" w14:paraId="077A7FA2" w14:textId="77777777">
        <w:trPr>
          <w:trHeight w:val="420"/>
          <w:jc w:val="center"/>
        </w:trPr>
        <w:tc>
          <w:tcPr>
            <w:tcW w:w="2880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370D9F" w14:textId="77777777" w:rsidR="008931FB" w:rsidRDefault="00E65D82">
            <w:r>
              <w:rPr>
                <w:b/>
                <w:sz w:val="18"/>
              </w:rPr>
              <w:t>Country of Registration</w:t>
            </w:r>
          </w:p>
        </w:tc>
        <w:tc>
          <w:tcPr>
            <w:tcW w:w="76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1284B8" w14:textId="77777777" w:rsidR="008931FB" w:rsidRDefault="008931FB"/>
        </w:tc>
      </w:tr>
      <w:tr w:rsidR="008931FB" w14:paraId="4D743AC3" w14:textId="77777777">
        <w:trPr>
          <w:trHeight w:val="420"/>
          <w:jc w:val="center"/>
        </w:trPr>
        <w:tc>
          <w:tcPr>
            <w:tcW w:w="2880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7F15D7" w14:textId="77777777" w:rsidR="008931FB" w:rsidRDefault="00E65D82">
            <w:r>
              <w:rPr>
                <w:b/>
                <w:sz w:val="18"/>
              </w:rPr>
              <w:t>Website URL</w:t>
            </w:r>
          </w:p>
        </w:tc>
        <w:tc>
          <w:tcPr>
            <w:tcW w:w="76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757E20" w14:textId="77777777" w:rsidR="008931FB" w:rsidRDefault="008931FB"/>
        </w:tc>
      </w:tr>
      <w:tr w:rsidR="008931FB" w14:paraId="2D0EA6C3" w14:textId="77777777">
        <w:trPr>
          <w:trHeight w:val="420"/>
          <w:jc w:val="center"/>
        </w:trPr>
        <w:tc>
          <w:tcPr>
            <w:tcW w:w="2880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FF2575" w14:textId="77777777" w:rsidR="008931FB" w:rsidRDefault="00E65D82">
            <w:r>
              <w:rPr>
                <w:b/>
                <w:sz w:val="18"/>
              </w:rPr>
              <w:t>Contact Person Full Name</w:t>
            </w:r>
          </w:p>
        </w:tc>
        <w:tc>
          <w:tcPr>
            <w:tcW w:w="76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4CF98F" w14:textId="77777777" w:rsidR="008931FB" w:rsidRDefault="008931FB"/>
        </w:tc>
      </w:tr>
      <w:tr w:rsidR="008931FB" w14:paraId="03CE9FF0" w14:textId="77777777">
        <w:trPr>
          <w:trHeight w:val="420"/>
          <w:jc w:val="center"/>
        </w:trPr>
        <w:tc>
          <w:tcPr>
            <w:tcW w:w="2880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204914" w14:textId="77777777" w:rsidR="008931FB" w:rsidRDefault="00E65D82">
            <w:r>
              <w:rPr>
                <w:b/>
                <w:sz w:val="18"/>
              </w:rPr>
              <w:t>Email</w:t>
            </w:r>
          </w:p>
        </w:tc>
        <w:tc>
          <w:tcPr>
            <w:tcW w:w="76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A04D9F" w14:textId="77777777" w:rsidR="008931FB" w:rsidRDefault="008931FB"/>
        </w:tc>
      </w:tr>
      <w:tr w:rsidR="008931FB" w14:paraId="3EC4EA90" w14:textId="77777777">
        <w:trPr>
          <w:trHeight w:val="420"/>
          <w:jc w:val="center"/>
        </w:trPr>
        <w:tc>
          <w:tcPr>
            <w:tcW w:w="2880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DA5F21" w14:textId="77777777" w:rsidR="008931FB" w:rsidRDefault="00E65D82">
            <w:r>
              <w:rPr>
                <w:b/>
                <w:sz w:val="18"/>
              </w:rPr>
              <w:t>Telephone Number</w:t>
            </w:r>
          </w:p>
        </w:tc>
        <w:tc>
          <w:tcPr>
            <w:tcW w:w="76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803D84" w14:textId="77777777" w:rsidR="008931FB" w:rsidRDefault="008931FB"/>
        </w:tc>
      </w:tr>
    </w:tbl>
    <w:p w14:paraId="23676896" w14:textId="77777777" w:rsidR="008931FB" w:rsidRDefault="00E65D82">
      <w:pPr>
        <w:pStyle w:val="Heading1"/>
        <w:spacing w:before="180" w:after="80"/>
      </w:pPr>
      <w:r>
        <w:t>1. Proposed Solution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8931FB" w14:paraId="4DDA3FE2" w14:textId="77777777">
        <w:trPr>
          <w:trHeight w:val="500"/>
          <w:jc w:val="center"/>
        </w:trPr>
        <w:tc>
          <w:tcPr>
            <w:tcW w:w="5184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2406E7" w14:textId="77777777" w:rsidR="008931FB" w:rsidRDefault="00E65D82">
            <w:r>
              <w:rPr>
                <w:b/>
                <w:sz w:val="18"/>
              </w:rPr>
              <w:t>Technology / Platform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299F89" w14:textId="77777777" w:rsidR="008931FB" w:rsidRDefault="008931FB"/>
        </w:tc>
      </w:tr>
      <w:tr w:rsidR="008931FB" w14:paraId="63664658" w14:textId="77777777">
        <w:trPr>
          <w:trHeight w:val="1450"/>
          <w:jc w:val="center"/>
        </w:trPr>
        <w:tc>
          <w:tcPr>
            <w:tcW w:w="5184" w:type="dxa"/>
            <w:shd w:val="clear" w:color="auto" w:fill="EEF4F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D19758" w14:textId="77777777" w:rsidR="008931FB" w:rsidRDefault="00E65D82">
            <w:r>
              <w:rPr>
                <w:b/>
                <w:sz w:val="18"/>
              </w:rPr>
              <w:t>Proposed solution and implementation approach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A7E76F" w14:textId="77777777" w:rsidR="008931FB" w:rsidRDefault="008931FB"/>
        </w:tc>
      </w:tr>
    </w:tbl>
    <w:p w14:paraId="65A58093" w14:textId="74FFA94E" w:rsidR="008931FB" w:rsidRDefault="41FAE682" w:rsidP="77E42F86">
      <w:pPr>
        <w:pStyle w:val="Heading1"/>
        <w:spacing w:before="180" w:after="80"/>
      </w:pPr>
      <w:r>
        <w:t xml:space="preserve">2. </w:t>
      </w:r>
      <w:r w:rsidR="67F34ECA">
        <w:t>Cost</w:t>
      </w:r>
      <w:r>
        <w:t xml:space="preserve"> Estimate</w:t>
      </w:r>
    </w:p>
    <w:tbl>
      <w:tblPr>
        <w:tblStyle w:val="TableGrid"/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2775"/>
        <w:gridCol w:w="1020"/>
        <w:gridCol w:w="2613"/>
        <w:gridCol w:w="1656"/>
      </w:tblGrid>
      <w:tr w:rsidR="008931FB" w14:paraId="7D5ABD88" w14:textId="77777777" w:rsidTr="753BCFCC">
        <w:trPr>
          <w:tblHeader/>
          <w:jc w:val="center"/>
        </w:trPr>
        <w:tc>
          <w:tcPr>
            <w:tcW w:w="2232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4262BE" w14:textId="14819D1A" w:rsidR="008931FB" w:rsidRDefault="41FAE682">
            <w:r w:rsidRPr="753BCFCC">
              <w:rPr>
                <w:b/>
                <w:bCs/>
                <w:sz w:val="18"/>
                <w:szCs w:val="18"/>
              </w:rPr>
              <w:t>Estimate</w:t>
            </w:r>
            <w:r w:rsidR="2AF3E7CF" w:rsidRPr="753BCFC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75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D2D69C" w14:textId="77777777" w:rsidR="008931FB" w:rsidRDefault="00E65D82">
            <w:r>
              <w:rPr>
                <w:b/>
                <w:sz w:val="18"/>
              </w:rPr>
              <w:t>What is included</w:t>
            </w:r>
          </w:p>
        </w:tc>
        <w:tc>
          <w:tcPr>
            <w:tcW w:w="1020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7FF25F" w14:textId="77777777" w:rsidR="008931FB" w:rsidRDefault="00E65D82">
            <w:r>
              <w:rPr>
                <w:b/>
                <w:sz w:val="18"/>
              </w:rPr>
              <w:t>Duration</w:t>
            </w:r>
            <w:r>
              <w:rPr>
                <w:b/>
                <w:sz w:val="18"/>
              </w:rPr>
              <w:br/>
              <w:t>(months)</w:t>
            </w:r>
          </w:p>
        </w:tc>
        <w:tc>
          <w:tcPr>
            <w:tcW w:w="2613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81D5DF" w14:textId="7B04ECC5" w:rsidR="008931FB" w:rsidRDefault="00E65D82">
            <w:r w:rsidRPr="753BCFCC">
              <w:rPr>
                <w:b/>
                <w:bCs/>
                <w:sz w:val="18"/>
                <w:szCs w:val="18"/>
              </w:rPr>
              <w:t>Cost</w:t>
            </w:r>
            <w:r w:rsidR="0028E084" w:rsidRPr="753BCFCC">
              <w:rPr>
                <w:b/>
                <w:bCs/>
                <w:sz w:val="18"/>
                <w:szCs w:val="18"/>
              </w:rPr>
              <w:t xml:space="preserve"> range</w:t>
            </w:r>
            <w:r>
              <w:br/>
            </w:r>
            <w:r w:rsidRPr="753BCFCC">
              <w:rPr>
                <w:b/>
                <w:bCs/>
                <w:sz w:val="18"/>
                <w:szCs w:val="18"/>
              </w:rPr>
              <w:t>(AMD)</w:t>
            </w:r>
          </w:p>
        </w:tc>
        <w:tc>
          <w:tcPr>
            <w:tcW w:w="1656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F485E8" w14:textId="75DBB37E" w:rsidR="008931FB" w:rsidRDefault="00E65D82">
            <w:r w:rsidRPr="6AAEDB49">
              <w:rPr>
                <w:b/>
                <w:bCs/>
                <w:sz w:val="18"/>
                <w:szCs w:val="18"/>
              </w:rPr>
              <w:t>VAT treatment</w:t>
            </w:r>
          </w:p>
          <w:p w14:paraId="0FF677B3" w14:textId="7BE0AA43" w:rsidR="008931FB" w:rsidRDefault="55EB0616">
            <w:r w:rsidRPr="6AAEDB49">
              <w:rPr>
                <w:b/>
                <w:bCs/>
                <w:sz w:val="18"/>
                <w:szCs w:val="18"/>
              </w:rPr>
              <w:t>Excluded/ Included</w:t>
            </w:r>
          </w:p>
        </w:tc>
      </w:tr>
      <w:tr w:rsidR="008931FB" w14:paraId="72E456D9" w14:textId="77777777" w:rsidTr="753BCFCC">
        <w:trPr>
          <w:trHeight w:val="720"/>
          <w:jc w:val="center"/>
        </w:trPr>
        <w:tc>
          <w:tcPr>
            <w:tcW w:w="22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25F5E5" w14:textId="77777777" w:rsidR="008931FB" w:rsidRDefault="00E65D82">
            <w:r>
              <w:rPr>
                <w:sz w:val="18"/>
              </w:rPr>
              <w:t>Preliminary MVP</w:t>
            </w:r>
          </w:p>
        </w:tc>
        <w:tc>
          <w:tcPr>
            <w:tcW w:w="277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570837" w14:textId="77777777" w:rsidR="008931FB" w:rsidRDefault="008931FB"/>
        </w:tc>
        <w:tc>
          <w:tcPr>
            <w:tcW w:w="10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E2FE66" w14:textId="77777777" w:rsidR="008931FB" w:rsidRDefault="008931FB"/>
        </w:tc>
        <w:tc>
          <w:tcPr>
            <w:tcW w:w="261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464F6C" w14:textId="77777777" w:rsidR="008931FB" w:rsidRDefault="008931FB"/>
        </w:tc>
        <w:tc>
          <w:tcPr>
            <w:tcW w:w="16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6196D6" w14:textId="77777777" w:rsidR="008931FB" w:rsidRDefault="008931FB"/>
        </w:tc>
      </w:tr>
      <w:tr w:rsidR="008931FB" w14:paraId="5E0FC12E" w14:textId="77777777" w:rsidTr="753BCFCC">
        <w:trPr>
          <w:trHeight w:val="720"/>
          <w:jc w:val="center"/>
        </w:trPr>
        <w:tc>
          <w:tcPr>
            <w:tcW w:w="22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E4AB22" w14:textId="77777777" w:rsidR="008931FB" w:rsidRDefault="00E65D82">
            <w:r>
              <w:rPr>
                <w:sz w:val="18"/>
              </w:rPr>
              <w:t>Full Implementation</w:t>
            </w:r>
          </w:p>
        </w:tc>
        <w:tc>
          <w:tcPr>
            <w:tcW w:w="277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860B33" w14:textId="77777777" w:rsidR="008931FB" w:rsidRDefault="008931FB"/>
        </w:tc>
        <w:tc>
          <w:tcPr>
            <w:tcW w:w="10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6860D1" w14:textId="77777777" w:rsidR="008931FB" w:rsidRDefault="008931FB"/>
        </w:tc>
        <w:tc>
          <w:tcPr>
            <w:tcW w:w="261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572218" w14:textId="77777777" w:rsidR="008931FB" w:rsidRDefault="008931FB"/>
        </w:tc>
        <w:tc>
          <w:tcPr>
            <w:tcW w:w="16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C3C956" w14:textId="77777777" w:rsidR="008931FB" w:rsidRDefault="008931FB"/>
        </w:tc>
      </w:tr>
      <w:tr w:rsidR="008931FB" w14:paraId="74FE0A71" w14:textId="77777777" w:rsidTr="753BCFCC">
        <w:trPr>
          <w:trHeight w:val="720"/>
          <w:jc w:val="center"/>
        </w:trPr>
        <w:tc>
          <w:tcPr>
            <w:tcW w:w="223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72F2DB" w14:textId="77777777" w:rsidR="008931FB" w:rsidRDefault="00E65D82">
            <w:r>
              <w:rPr>
                <w:sz w:val="18"/>
              </w:rPr>
              <w:t>12-month Warranty &amp; Support</w:t>
            </w:r>
          </w:p>
        </w:tc>
        <w:tc>
          <w:tcPr>
            <w:tcW w:w="277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DB79AC" w14:textId="77777777" w:rsidR="008931FB" w:rsidRDefault="008931FB"/>
        </w:tc>
        <w:tc>
          <w:tcPr>
            <w:tcW w:w="10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D7AB94" w14:textId="77777777" w:rsidR="008931FB" w:rsidRDefault="008931FB"/>
        </w:tc>
        <w:tc>
          <w:tcPr>
            <w:tcW w:w="261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DE1C6A" w14:textId="77777777" w:rsidR="008931FB" w:rsidRDefault="008931FB"/>
        </w:tc>
        <w:tc>
          <w:tcPr>
            <w:tcW w:w="16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F4EB91" w14:textId="77777777" w:rsidR="008931FB" w:rsidRDefault="008931FB"/>
        </w:tc>
      </w:tr>
    </w:tbl>
    <w:p w14:paraId="50E3790D" w14:textId="77777777" w:rsidR="008931FB" w:rsidRDefault="00E65D82">
      <w:pPr>
        <w:pStyle w:val="Heading1"/>
        <w:spacing w:before="180" w:after="80"/>
      </w:pPr>
      <w:r>
        <w:t>3. Proposed Team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2592"/>
        <w:gridCol w:w="4824"/>
      </w:tblGrid>
      <w:tr w:rsidR="008931FB" w14:paraId="3D3F4F94" w14:textId="77777777">
        <w:trPr>
          <w:tblHeader/>
          <w:jc w:val="center"/>
        </w:trPr>
        <w:tc>
          <w:tcPr>
            <w:tcW w:w="2880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A7C60F" w14:textId="77777777" w:rsidR="008931FB" w:rsidRDefault="00E65D82">
            <w:r>
              <w:rPr>
                <w:b/>
                <w:sz w:val="18"/>
              </w:rPr>
              <w:t>Role</w:t>
            </w:r>
          </w:p>
        </w:tc>
        <w:tc>
          <w:tcPr>
            <w:tcW w:w="2592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65FB39" w14:textId="77777777" w:rsidR="008931FB" w:rsidRDefault="00E65D82">
            <w:r>
              <w:rPr>
                <w:b/>
                <w:sz w:val="18"/>
              </w:rPr>
              <w:t>Estimated involvement / FTE</w:t>
            </w:r>
          </w:p>
        </w:tc>
        <w:tc>
          <w:tcPr>
            <w:tcW w:w="4824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63A860" w14:textId="77777777" w:rsidR="008931FB" w:rsidRDefault="00E65D82">
            <w:r>
              <w:rPr>
                <w:b/>
                <w:sz w:val="18"/>
              </w:rPr>
              <w:t>Relevant experience / certification</w:t>
            </w:r>
          </w:p>
        </w:tc>
      </w:tr>
      <w:tr w:rsidR="008931FB" w14:paraId="711B05AD" w14:textId="77777777">
        <w:trPr>
          <w:trHeight w:val="570"/>
          <w:jc w:val="center"/>
        </w:trPr>
        <w:tc>
          <w:tcPr>
            <w:tcW w:w="28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DCBF66" w14:textId="77777777" w:rsidR="008931FB" w:rsidRDefault="008931FB"/>
        </w:tc>
        <w:tc>
          <w:tcPr>
            <w:tcW w:w="25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A795B3" w14:textId="77777777" w:rsidR="008931FB" w:rsidRDefault="008931FB"/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26F894" w14:textId="77777777" w:rsidR="008931FB" w:rsidRDefault="008931FB"/>
        </w:tc>
      </w:tr>
      <w:tr w:rsidR="008931FB" w14:paraId="34AD6392" w14:textId="77777777">
        <w:trPr>
          <w:trHeight w:val="570"/>
          <w:jc w:val="center"/>
        </w:trPr>
        <w:tc>
          <w:tcPr>
            <w:tcW w:w="28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B5BBBA" w14:textId="77777777" w:rsidR="008931FB" w:rsidRDefault="008931FB"/>
        </w:tc>
        <w:tc>
          <w:tcPr>
            <w:tcW w:w="25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EFAE67" w14:textId="77777777" w:rsidR="008931FB" w:rsidRDefault="008931FB"/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028B79" w14:textId="77777777" w:rsidR="008931FB" w:rsidRDefault="008931FB"/>
        </w:tc>
      </w:tr>
      <w:tr w:rsidR="008931FB" w14:paraId="471BB6BA" w14:textId="77777777">
        <w:trPr>
          <w:trHeight w:val="570"/>
          <w:jc w:val="center"/>
        </w:trPr>
        <w:tc>
          <w:tcPr>
            <w:tcW w:w="28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D19DDE" w14:textId="77777777" w:rsidR="008931FB" w:rsidRDefault="008931FB"/>
        </w:tc>
        <w:tc>
          <w:tcPr>
            <w:tcW w:w="25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A258F0" w14:textId="77777777" w:rsidR="008931FB" w:rsidRDefault="008931FB"/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3AE2CE" w14:textId="77777777" w:rsidR="008931FB" w:rsidRDefault="008931FB"/>
        </w:tc>
      </w:tr>
      <w:tr w:rsidR="008931FB" w14:paraId="1B951C4E" w14:textId="77777777">
        <w:trPr>
          <w:trHeight w:val="570"/>
          <w:jc w:val="center"/>
        </w:trPr>
        <w:tc>
          <w:tcPr>
            <w:tcW w:w="28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3DD8C3" w14:textId="77777777" w:rsidR="008931FB" w:rsidRDefault="008931FB"/>
        </w:tc>
        <w:tc>
          <w:tcPr>
            <w:tcW w:w="25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B1667E" w14:textId="77777777" w:rsidR="008931FB" w:rsidRDefault="008931FB"/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B5A558" w14:textId="77777777" w:rsidR="008931FB" w:rsidRDefault="008931FB"/>
        </w:tc>
      </w:tr>
    </w:tbl>
    <w:p w14:paraId="426B8F10" w14:textId="77777777" w:rsidR="008931FB" w:rsidRDefault="00E65D82">
      <w:pPr>
        <w:pStyle w:val="Heading1"/>
        <w:spacing w:before="180" w:after="80"/>
      </w:pPr>
      <w:r>
        <w:t>4. Relevant Company Experience</w:t>
      </w:r>
    </w:p>
    <w:p w14:paraId="335C3187" w14:textId="77777777" w:rsidR="008931FB" w:rsidRDefault="00E65D82">
      <w:pPr>
        <w:spacing w:after="80"/>
      </w:pPr>
      <w:r>
        <w:rPr>
          <w:i/>
          <w:sz w:val="18"/>
        </w:rPr>
        <w:t>Please provide brief information on relevant government, case-management, workflow, system-integration or similar projects.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8931FB" w14:paraId="521668A2" w14:textId="77777777">
        <w:trPr>
          <w:trHeight w:val="1350"/>
          <w:jc w:val="center"/>
        </w:trPr>
        <w:tc>
          <w:tcPr>
            <w:tcW w:w="103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E4E447" w14:textId="77777777" w:rsidR="008931FB" w:rsidRDefault="008931FB"/>
        </w:tc>
      </w:tr>
    </w:tbl>
    <w:p w14:paraId="40B8FDF8" w14:textId="77777777" w:rsidR="008931FB" w:rsidRDefault="00E65D82">
      <w:pPr>
        <w:pStyle w:val="Heading1"/>
        <w:spacing w:before="180" w:after="80"/>
      </w:pPr>
      <w:r>
        <w:t>5. Main Assumptions, Dependencies, Risks, Exclusions or Questions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8931FB" w14:paraId="11FA65CC" w14:textId="77777777">
        <w:trPr>
          <w:trHeight w:val="1450"/>
          <w:jc w:val="center"/>
        </w:trPr>
        <w:tc>
          <w:tcPr>
            <w:tcW w:w="103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F3FB3F" w14:textId="77777777" w:rsidR="008931FB" w:rsidRDefault="008931FB"/>
        </w:tc>
      </w:tr>
    </w:tbl>
    <w:p w14:paraId="4E2008A4" w14:textId="77777777" w:rsidR="008931FB" w:rsidRDefault="00E65D82">
      <w:pPr>
        <w:pStyle w:val="Heading1"/>
        <w:spacing w:before="180" w:after="80"/>
      </w:pPr>
      <w:r>
        <w:t>Submission Instructions</w:t>
      </w:r>
    </w:p>
    <w:p w14:paraId="3DF86AFF" w14:textId="1A8190FA" w:rsidR="008931FB" w:rsidRDefault="00E65D82">
      <w:pPr>
        <w:spacing w:after="60"/>
      </w:pPr>
      <w:r>
        <w:t xml:space="preserve">Please submit the completed Vendor Response Form to </w:t>
      </w:r>
      <w:hyperlink r:id="rId10" w:history="1">
        <w:r w:rsidR="00230C59" w:rsidRPr="00AF4D5C">
          <w:rPr>
            <w:rStyle w:val="Hyperlink"/>
            <w:b/>
          </w:rPr>
          <w:t>karapet.hovsepyan@isaa.am</w:t>
        </w:r>
      </w:hyperlink>
      <w:r w:rsidR="00230C59">
        <w:rPr>
          <w:b/>
        </w:rPr>
        <w:t xml:space="preserve"> </w:t>
      </w:r>
      <w:r>
        <w:t xml:space="preserve"> with the email subject:</w:t>
      </w:r>
    </w:p>
    <w:p w14:paraId="7E2D964B" w14:textId="77777777" w:rsidR="008931FB" w:rsidRDefault="00E65D82">
      <w:pPr>
        <w:spacing w:before="20" w:after="0"/>
      </w:pPr>
      <w:r>
        <w:rPr>
          <w:b/>
          <w:sz w:val="20"/>
        </w:rPr>
        <w:t>SPR MARKET-SOUNDING – Vendor Response – [Company Name]</w:t>
      </w:r>
    </w:p>
    <w:sectPr w:rsidR="008931FB" w:rsidSect="00034616">
      <w:footerReference w:type="default" r:id="rId11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3861" w14:textId="77777777" w:rsidR="009132DF" w:rsidRDefault="009132DF">
      <w:pPr>
        <w:spacing w:after="0" w:line="240" w:lineRule="auto"/>
      </w:pPr>
      <w:r>
        <w:separator/>
      </w:r>
    </w:p>
  </w:endnote>
  <w:endnote w:type="continuationSeparator" w:id="0">
    <w:p w14:paraId="676E31DB" w14:textId="77777777" w:rsidR="009132DF" w:rsidRDefault="0091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1445" w14:textId="77777777" w:rsidR="008931FB" w:rsidRDefault="00E65D82">
    <w:pPr>
      <w:pStyle w:val="Footer"/>
      <w:jc w:val="center"/>
    </w:pPr>
    <w:r>
      <w:rPr>
        <w:sz w:val="16"/>
      </w:rPr>
      <w:t>SPR Market-Sounding | Vendor Response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FAEE" w14:textId="77777777" w:rsidR="009132DF" w:rsidRDefault="009132DF">
      <w:pPr>
        <w:spacing w:after="0" w:line="240" w:lineRule="auto"/>
      </w:pPr>
      <w:r>
        <w:separator/>
      </w:r>
    </w:p>
  </w:footnote>
  <w:footnote w:type="continuationSeparator" w:id="0">
    <w:p w14:paraId="5B9F5648" w14:textId="77777777" w:rsidR="009132DF" w:rsidRDefault="00913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1100701">
    <w:abstractNumId w:val="6"/>
  </w:num>
  <w:num w:numId="2" w16cid:durableId="1618952972">
    <w:abstractNumId w:val="4"/>
  </w:num>
  <w:num w:numId="3" w16cid:durableId="1682849612">
    <w:abstractNumId w:val="0"/>
  </w:num>
  <w:num w:numId="4" w16cid:durableId="1734740971">
    <w:abstractNumId w:val="8"/>
  </w:num>
  <w:num w:numId="5" w16cid:durableId="1774086105">
    <w:abstractNumId w:val="2"/>
  </w:num>
  <w:num w:numId="6" w16cid:durableId="1861971126">
    <w:abstractNumId w:val="7"/>
  </w:num>
  <w:num w:numId="7" w16cid:durableId="1987976073">
    <w:abstractNumId w:val="5"/>
  </w:num>
  <w:num w:numId="8" w16cid:durableId="202256908">
    <w:abstractNumId w:val="1"/>
  </w:num>
  <w:num w:numId="9" w16cid:durableId="427384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BA4"/>
    <w:rsid w:val="000957FF"/>
    <w:rsid w:val="0015074B"/>
    <w:rsid w:val="001E6FDD"/>
    <w:rsid w:val="00230C59"/>
    <w:rsid w:val="0028E084"/>
    <w:rsid w:val="00290145"/>
    <w:rsid w:val="0029639D"/>
    <w:rsid w:val="002A35E1"/>
    <w:rsid w:val="00326F90"/>
    <w:rsid w:val="003D5891"/>
    <w:rsid w:val="004F63D1"/>
    <w:rsid w:val="00540E02"/>
    <w:rsid w:val="005B7CFD"/>
    <w:rsid w:val="005F1AFB"/>
    <w:rsid w:val="006824B9"/>
    <w:rsid w:val="006A1BC6"/>
    <w:rsid w:val="00756B73"/>
    <w:rsid w:val="007A5648"/>
    <w:rsid w:val="008931FB"/>
    <w:rsid w:val="009132DF"/>
    <w:rsid w:val="009326FF"/>
    <w:rsid w:val="009B54EE"/>
    <w:rsid w:val="00A0638E"/>
    <w:rsid w:val="00AA1D8D"/>
    <w:rsid w:val="00B47730"/>
    <w:rsid w:val="00B636C0"/>
    <w:rsid w:val="00CB0664"/>
    <w:rsid w:val="00D435C2"/>
    <w:rsid w:val="00E52928"/>
    <w:rsid w:val="00E65D82"/>
    <w:rsid w:val="00E7382A"/>
    <w:rsid w:val="00F27AAD"/>
    <w:rsid w:val="00F43046"/>
    <w:rsid w:val="00FA0C5B"/>
    <w:rsid w:val="00FC693F"/>
    <w:rsid w:val="04F9F3F7"/>
    <w:rsid w:val="1AA7155A"/>
    <w:rsid w:val="2AF3E7CF"/>
    <w:rsid w:val="372DABD2"/>
    <w:rsid w:val="41FAE682"/>
    <w:rsid w:val="55EB0616"/>
    <w:rsid w:val="648493BC"/>
    <w:rsid w:val="669BE9B5"/>
    <w:rsid w:val="67F34ECA"/>
    <w:rsid w:val="6AAEDB49"/>
    <w:rsid w:val="753BCFCC"/>
    <w:rsid w:val="77E4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C4D1F0"/>
  <w14:defaultImageDpi w14:val="300"/>
  <w15:docId w15:val="{4FB722FE-6551-4D4F-9230-59AF74D5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30C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karapet.hovsepyan@isaa.a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f508a2-8896-4625-b38f-9a73d94bb5c7">
      <Terms xmlns="http://schemas.microsoft.com/office/infopath/2007/PartnerControls"/>
    </lcf76f155ced4ddcb4097134ff3c332f>
    <TaxCatchAll xmlns="bfffaa62-f23d-4e8f-9c41-73a899b0eb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BF37421E70C4FBB2112919C0F86D4" ma:contentTypeVersion="12" ma:contentTypeDescription="Create a new document." ma:contentTypeScope="" ma:versionID="e9b772118eee0d3a0bf0cae7f01aa611">
  <xsd:schema xmlns:xsd="http://www.w3.org/2001/XMLSchema" xmlns:xs="http://www.w3.org/2001/XMLSchema" xmlns:p="http://schemas.microsoft.com/office/2006/metadata/properties" xmlns:ns2="17f508a2-8896-4625-b38f-9a73d94bb5c7" xmlns:ns3="bfffaa62-f23d-4e8f-9c41-73a899b0eb19" targetNamespace="http://schemas.microsoft.com/office/2006/metadata/properties" ma:root="true" ma:fieldsID="88f56423bccca6e9529fda6e24052ed2" ns2:_="" ns3:_="">
    <xsd:import namespace="17f508a2-8896-4625-b38f-9a73d94bb5c7"/>
    <xsd:import namespace="bfffaa62-f23d-4e8f-9c41-73a899b0e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508a2-8896-4625-b38f-9a73d94bb5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b51cd3-8c8c-484a-b921-a4fe0959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faa62-f23d-4e8f-9c41-73a899b0eb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70604a-223e-4f80-8d04-0824fe8a2165}" ma:internalName="TaxCatchAll" ma:showField="CatchAllData" ma:web="bfffaa62-f23d-4e8f-9c41-73a899b0e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6B92A-193E-4CE0-86A0-0C5679169EA4}">
  <ds:schemaRefs>
    <ds:schemaRef ds:uri="http://schemas.microsoft.com/office/2006/metadata/properties"/>
    <ds:schemaRef ds:uri="http://schemas.microsoft.com/office/infopath/2007/PartnerControls"/>
    <ds:schemaRef ds:uri="17f508a2-8896-4625-b38f-9a73d94bb5c7"/>
    <ds:schemaRef ds:uri="bfffaa62-f23d-4e8f-9c41-73a899b0eb19"/>
  </ds:schemaRefs>
</ds:datastoreItem>
</file>

<file path=customXml/itemProps2.xml><?xml version="1.0" encoding="utf-8"?>
<ds:datastoreItem xmlns:ds="http://schemas.openxmlformats.org/officeDocument/2006/customXml" ds:itemID="{01235291-E1DD-4CCD-AC27-301CB8141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8E3B5A-62D9-4609-8601-BBE8FDDDE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508a2-8896-4625-b38f-9a73d94bb5c7"/>
    <ds:schemaRef ds:uri="bfffaa62-f23d-4e8f-9c41-73a899b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9c66fd-741c-4a1c-b3c9-11390a5eb296}" enabled="0" method="" siteId="{ae9c66fd-741c-4a1c-b3c9-11390a5eb2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868</Characters>
  <Application>Microsoft Office Word</Application>
  <DocSecurity>0</DocSecurity>
  <Lines>78</Lines>
  <Paragraphs>38</Paragraphs>
  <ScaleCrop>false</ScaleCrop>
  <Manager/>
  <Company/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 Market-Sounding Vendor Response Form</dc:title>
  <dc:subject>Vendor response form for SPR market sounding</dc:subject>
  <dc:creator>Information Systems Agency of Armenia (ISAA)</dc:creator>
  <cp:keywords/>
  <dc:description>generated by python-docx</dc:description>
  <cp:lastModifiedBy>Karapet Hovsepyan</cp:lastModifiedBy>
  <cp:revision>2</cp:revision>
  <dcterms:created xsi:type="dcterms:W3CDTF">2026-08-26T11:10:00Z</dcterms:created>
  <dcterms:modified xsi:type="dcterms:W3CDTF">2026-08-26T11:10:00Z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0x01010087BBF37421E70C4FBB2112919C0F86D4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